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6: Decimals to Thousandths</w:t>
      </w:r>
    </w:p>
    <w:p>
      <w:pPr>
        <w:spacing w:after="20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Write 'three and forty-two thousandths' as a decimal.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Order from least to greatest: 0.6, 0.06, 0.65, 0.605.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Write 0.75 as a fraction and a percent. (Gr 6)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compare decimals to thousandths.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